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הכי ישראלי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מהשיר הכי ישראלי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במשפט סתמי (אומרים ש...)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דרגות השוואה של שם התואר: ישראלי – יותר ישראלי – הכי ישראלי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תכונות ומנהגים ישראליים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 שהנושא בו אינו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יהיה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במשפט סתמי הנושא אינו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הכי מבטא את הדרגה העליונה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 למשפחות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4 שורות מחורזות, שימוש בלפחות מילה אחת מאוצר המילים (פלאפל, חומוס, תכלס וכו׳), התייחסות לנושא הישראליות.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ש... הוא משפט סתמי ללא מקור ברור, ואילו מחקרים מראים ש... מצביע על מקור מידע מדעי ומבוסס.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משפט סתמי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בדרגות יותר/הכי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שיח פתוח סביב השאלה מה הכי ישראלי כדי לחבר בין תלמידים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אפשר לשתף בתים שנכתבו ולשיר אותם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הכי ישראלי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בשיר הכי ישראלי מתואר בהומור מה ישראלי במיוחד – מאכלים, ביטויים ומנהגים. בדף נתרגל משפטים סתמיים ודרגות השוואה.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חומוס  ·  אומרים  ·  הכי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הנושא המרכזי של השיר הכי ישראלי?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תכונות ומנהגים ישראליים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טיול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משפט סתמי?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שהנושא בו אינו 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ביטוי מבטא אופטימיות?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תכלס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יהיה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מנהג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סתמי מפרט בדיוק מי הנושא שמדבר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 ישראלי היא דרגת ההשוואה הגבוהה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בישראל אוכלים __________ בכל פינה.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שיהיה גשם מחר.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פלאפל הוא __________ ישראלי!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 למשפחות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שקשוקה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פלאפל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תכלס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בית חדש לשיר: "הכי ישראלי זה..." - 4 שורות עם חריזה.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בין "אומרים ש..." לבין "מחקרים מראים ש..."?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משפט סתמי ותנו דוגמה אחת מהשיר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דרגות השוואה של המילה ישראלי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הכי ישראלי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