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הכי ישראלי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אוצר מילים מהשיר הכי ישראלי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ולהשתמש במשפט סתמי (אומרים ש...)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דרגות השוואה של שם התואר: ישראלי – יותר ישראלי – הכי ישראלי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תכונות ומנהגים ישראליים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משפט שהנושא בו אינו 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הכי ישראלי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יהיה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מאכל מחומוס מטוגן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גוף שלישי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במשפט סתמי הנושא אינו 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הכי מבטא את הדרגה העליונה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מוסבר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חומוס הוא מאכל ישראלי 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מנהג הוא דבר שעושים תמיד באותה צורה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חומוס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יהיה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תכלס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 למשפחות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(ביטוי)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(ביטוי)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(ביטוי)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ציפייה: 4 שורות מחורזות, שימוש בלפחות מילה אחת מאוצר המילים (פלאפל, חומוס, תכלס וכו׳), התייחסות לנושא הישראליות.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ציפייה: שלושה משפטים בגוף שלישי רבים, ללא נושא מפורש, בנושא מנהגים ישראליים.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אומרים ש... הוא משפט סתמי ללא מקור ברור, ואילו מחקרים מראים ש... מצביע על מקור מידע מדעי ומבוסס.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נימוק קצר וברור.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משפט סתמי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שימוש נכון בדרגות יותר/הכי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השיר בכיתה לפני התרגול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שיח פתוח סביב השאלה מה הכי ישראלי כדי לחבר בין תלמידים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הכתיבה אפשר לשתף בתים שנכתבו ולשיר אותם יחד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הכי ישראלי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השיר מדבר על דברים ישראליים - אוכל, מילים ומנהגים. נלמד מילים חדשות ומשפטים כמו אומרים ש...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ישראלי/ישראלית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שגר בישראל או שייך 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פלאפל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 עשוי חומוס מטוגן בכדורים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חומוס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 מחומוס טחון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יהיה בסדר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של תקווה ואופטימיות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תכלס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שמשמעותו בקיצור, לעניין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שעושים תמיד באותה צורה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דרגת ההשוואה הגבוהה ביותר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אומרים ש...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סתמי - לא יודעים בדיוק מי אמר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השיר מדבר?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תכונות ומנהגים ישראליים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טיול בחו״ל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מתכון לעוגה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למשפט בלי נושא ברור?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בגוף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שהנושא בו אינו מפורש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בעבר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הכי חזקה?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ישראלי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יותר ישראלי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הכי ישראלי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פחות ישראלי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מביעה תקווה?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תכלס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יהיה בסדר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פלאפל?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מאכל מחומוס מטוגן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אומרים את הפועל במשפט סתמי?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שני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שלישי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שלישי יחיד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סתמי מפרט בדיוק מי הנושא שמדבר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 ישראלי היא דרגת ההשוואה הגבוהה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תכלס הוא ביטוי שמשמעותו בקיצור ולעניין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חומוס הוא מאכל שלא קשור לתרבות הישראלית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הוא דבר שעושים פעם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בישראל אוכלים __________ בכל פינה.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שיהיה גשם מחר.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פלאפל הוא __________ ישראלי!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"__________", אמרה סבתא, "הכל יסתדר".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בחג יש __________ מיוחד של כל המשפחה.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__________, בוא נסכם את העניין.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 למשפחות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חומוס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ביטוי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שקשוקה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ביטוי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פלאפל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תכלס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יהיה בסדר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סבבה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ביטוי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בית חדש לשיר: "הכי ישראלי זה..." - 4 שורות עם חריזה.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3 משפטים סתמיים משלכם בנושא מנהגים בישראל (לדוגמה: אומרים ש...).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ההבדל בין "אומרים ש..." לבין "מחקרים מראים ש..."?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לדעתכם הכי ישראלי? נמקו בשני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משפט סתמי ותנו דוגמה אחת מהשיר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דרגות השוואה של המילה ישראלי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דבר אחד הכי ישראלי בעיניכם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הכי ישראלי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